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שוק לא תחרותי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שוק תחרותי לשוק לא תחרותי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מונופול, קרטל ותיאום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בשאלה האם מהלך עסקי משתלם יכול להיות גם לא חוקי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הקונה יכול לבחור ולהשוות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חברה אחת ששולטת כמעט לבד 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אין יותר בחירה אמיתית והמחיר נקבע בלי 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יותר חברות מתחרות על הלקוח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תחרות אין לחיצה להוריד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תחרותי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(הרבה חברות, הקונה 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(חברה אחת שולטת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חברות שמתאמות ביניהן)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(הגוף שאוכף את החוק נגד תיאומים)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שרווחיות לחברה לא הופכת פעולה לחוקית, והחוק נועד להגן על תחרות ועל טובת הצרכן, גם אם החברות מרוויחות מכך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המראה הבנה שבתחרות יש יותר בחירה, מחיר הוגן יותר ושירות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בחירה והשוואת מחירים לעומת שליטה של גורם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להסבר שחברות מסכימות ביניהן על מחיר במקום להתחרות, מה שפוגע בצרכן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כמו קרטל או תיאום מחירים שפוגע בתחרות למרות הרווח לחברות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חנות יחידה מול כמה חנויות באותו 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שרווחיות עסקית אינה מבטלת את החובה לפעול לפי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הדילמה לדיון כיתתי קצר על גבולות בין תחרות הוגנת לתיאום אסור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שוק לא תחרותי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נבדוק מה קורה כאשר אין תחרות אמיתית בשוק, ומה ההבדל בין מצב שבו חברות מתחרות ביניהן לבין מצב שבו הן מתאמות מחירים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מונופול  ·  תחרותי  ·  תיאום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כשיש בשוק הרבה חנויות שמוכרות אותו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תמיד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הקונה יכול לבחור ולהשוות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אסור לקנות אצל יותר מחנות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מונופול?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הרבה חברות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חברה אחת ששולטת כמעט לבד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הנחה גדולה לצרכנים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תיאום מחירים פוגע בצרכנים?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המחירים יורדים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אין יותר בחירה אמיתית והמחיר נקבע בלי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יש יותר מדי חנויות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בשוק תחרותי יש בדרך כלל יותר אפשרויות בחירה לצרכן.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מונופול תמיד מוזיל את המחיר לצרכן.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יש הרבה חנויות שמוכרות מוצר דומה, מדובר בשוק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חברה אחת שולטת כמעט לבד בשוק,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כאשר חברות מסכימות ביניהן בסתר על מחיר, זה נקרא __________ מחירים.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שוק תחרותי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חברה אחת שולטת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מונופול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הרבה חברות, הקונה בוחר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הגוף שאוכף את החוק נגד תיאומים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רשות התחרות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חברות שמתאמות ביניהן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בדף מופיעה דילמה: חברות גיימינג גדולות מעלות מחיר יחד ב-10 אחוז, ומשקיע אומר שזה חכם עסקית. הסבירו מדוע מהלך יכול להיות חכם עסקית ועדיין אסור בחוק.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דוגמה אחת למצב יומיומי שבו הייתם מעדיפים לקנות בשוק תחרותי ולא ממונופול,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שוק תחרותי לשוק לא תחרותי?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תיאום מחירים ולמה הוא אסור?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שוק לא תחרותי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