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שוק לא תחרותי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שוק תחרותי לשוק לא תחרותי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מונופול, קרטל ותיאום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בשאלה האם מהלך עסקי משתלם יכול להיות גם לא חוקי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הקונה יכול לבחור ולהשוות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חברה אחת ששולטת כמעט לבד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החברות מסכימות ביניהן על מחיר במקום להתחרות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אין יותר בחירה אמיתית והמחיר נקבע בלי תחרות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תיאום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רשות התחרות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יותר חברות מתחרות על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תחרות אין לחיצה להוריד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אם זה משתלם לחברות, החוק אוסר על קנוניה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אין לה מתחרים שיאלצו אותה לשמור מחיר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הרווחיות לא קובעת את החוקיות, החוק שומר על התחרות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הגבלים העסקיים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(הרבה חברות, הקונה 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(חברה אחת שולטת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חברות שמתאמות ביניהן)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(הגוף שאוכף את החוק נגד תיאומים)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(יכולת חברה להשפיע על המחיר)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שרווחיות לחברה לא הופכת פעולה לחוקית, והחוק נועד להגן על תחרות ועל טובת הצרכן, גם אם החברות מרוויחות מכך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הבנה שבתחרות יש יותר בחירה, מחיר הוגן יותר ושירות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בחירה והשוואת מחירים לעומת שליטה של גורם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להסבר שחברות מסכימות ביניהן על מחיר במקום להתחרות, מה שפוגע בצרכן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כמו קרטל או תיאום מחירים שפוגע בתחרות למרות הרווח לחברות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חנות יחידה מול כמה חנויות באותו 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שרווחיות עסקית אינה מבטלת את החובה לפעול לפי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הדילמה לדיון כיתתי קצר על גבולות בין תחרות הוגנת לתיאום אסור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שוק לא תחרותי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זה שוק עם הרבה חנויות ומה זה שוק עם חנות אחת. לומדים גם מה זה כשחברות מסכימות ביחד להעלות מחירים.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תחרותי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חברות מוכרות מוצר דומה, והקונה יכול 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מונופול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אחת שולטת כמעט לבד בכל השוק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חברות שמסכימות ביניהן בסתר על מחיר או תנאים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תיאום מחירים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כשחברות מסכימות ביחד להעלות או להוריד מחיר, במקום להתחרות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הגבלים עסקיים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החוק שאוסר על הסכמים פוגעים בתחרות בין חברות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שוק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חברה להשפיע על המחיר כי אין לה הרבה מתחרים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התחרות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שאחראי לאכוף את החוק נגד הסכמים פוגעי 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שקונה מוצר או שירות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כשיש הרבה חנויות?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תמיד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הקונה יכול לבחור ולהשוות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לקנות אצל יותר מחנות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הבדל לקונה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מונופול?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חברות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אחת ששולטת כמעט לבד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 גדולה לצרכנים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נגד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כשחברות מסכימות ביחד על 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החברות מתחרות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החברות מסכימות ביניהן על מחיר במקום להתחרות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יורד תמיד לטובת הצרכן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מותר לגמרי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זה רע לצרכן כשחברות מתאמות 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המחירים יורדים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יותר בחירה אמיתית והמחיר נקבע בלי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יותר מדי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מוריד את איכות השירות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למצב שבו כל החברות מעלות מחיר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הוגנת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תיאום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הנחת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מכירת חיסול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בודק אם חברות שברו את החוק?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הצרכן לבדו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 התחרות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תחרותי יש בדרך כלל יותר אפשרויות בחירה לצרכן.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מונופול תמיד מוזיל את המחיר לצרכן.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תיאום מחירים בין חברות מתחרות הוא חוקי לגמרי אם זה משתלם להן.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כשחברה אחת שולטת לבד בשוק, יש לה כוח רב להשפיע על 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עסקית יכולה להיות משתלמת לחברה ועדיין להיות אסורה בחוק.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יש הרבה חנויות שמוכרות מוצר דומה, מדובר בשוק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חברה אחת שולטת כמעט לבד בשוק,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חברות מסכימות ביניהן בסתר על מחיר, זה נקרא __________ מחירים.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החוק שאוסר על הסכמים פוגעי תחרות נקרא חוק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האדם שקונה מוצר או שירות בשוק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שוק תחרותי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חברה אחת שולטת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מונופול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חברה להשפיע על 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הרבה חברות, הקונה 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רשות התחרות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חברות שמתאמות ביניהן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כוח 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הגוף שאוכף את החוק נגד תיאומים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בדף מופיעה דילמה: חברות גיימינג גדולות מעלות מחיר יחד ב-10 אחוז, ומשקיע אומר שזה חכם עסקית. הסבירו מדוע מהלך יכול להיות חכם עסקית ועדיין אסור בחוק.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למצב יומיומי שבו הייתם מעדיפים לקנות בשוק תחרותי ולא ממונופול,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שוק תחרותי לשוק לא תחרותי?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תיאום מחירים ולמה הוא אסור?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למקרה שבו החלטה עסקית משתלמת יכולה להיות לא חוקית.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שוק לא תחרותי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