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כסף בראש – חינוך פיננסי לכיתה ט׳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שוק לא תחרותי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מה ההבדל בין שוק תחרותי לשוק לא תחרותי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מושגים כמו מונופול, קרטל ותיאום מחירים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לדון בשאלה האם מהלך עסקי משתלם יכול להיות גם לא חוקי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הקונה יכול לבחור ולהשוות מחירים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חברה אחת ששולטת כמעט לבד בשוק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החברות מסכימות ביניהן על מחיר במקום להתחרות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כי אין יותר בחירה אמיתית והמחיר נקבע בלי תחרות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תיאום מחירים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רשות התחרות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יותר חברות מתחרות על הלקוח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בלי תחרות אין לחיצה להוריד מחיר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גם אם זה משתלם לחברות, החוק אוסר על קנוניה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אין לה מתחרים שיאלצו אותה לשמור מחיר הוגן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הרווחיות לא קובעת את החוקיות, החוק שומר על התחרות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תחרותי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מונופול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תיאום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הגבלים העסקיים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צרכן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(הרבה חברות, הקונה בוחר)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(חברה אחת שולטת לבד)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(קבוצת חברות שמתאמות ביניהן)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(הגוף שאוכף את החוק נגד תיאומים)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(יכולת חברה להשפיע על המחיר)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חשיבה והבעת דעה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 יסביר שרווחיות לחברה לא הופכת פעולה לחוקית, והחוק נועד להגן על תחרות ועל טובת הצרכן, גם אם החברות מרוויחות מכך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אישית המראה הבנה שבתחרות יש יותר בחירה, מחיר הוגן יותר ושירות טוב יותר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ציפייה לתשובה שמזכירה בחירה והשוואת מחירים לעומת שליטה של גורם אחד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ציפייה להסבר שחברות מסכימות ביניהן על מחיר במקום להתחרות, מה שפוגע בצרכן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ציפייה לדוגמה כמו קרטל או תיאום מחירים שפוגע בתחרות למרות הרווח לחברות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בדיון קצר על חנות יחידה מול כמה חנויות באותו רחוב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שרווחיות עסקית אינה מבטלת את החובה לפעול לפי החוק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להרחיב את הדילמה לדיון כיתתי קצר על גבולות בין תחרות הוגנת לתיאום אסור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כסף בראש – חינוך פיננסי לכיתה ט׳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שוק לא תחרותי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נבדוק מה קורה כאשר אין תחרות אמיתית בשוק, ומה ההבדל בין מצב שבו חברות מתחרות ביניהן לבין מצב שבו הן מתאמות מחירים ביניהן.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קורה כשיש בשוק הרבה חנויות שמוכרות אותו מוצר?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המחיר תמיד עולה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הקונה יכול לבחור ולהשוות מחירים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אסור לקנות אצל יותר מחנות אחת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שום הבדל לקונה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מהו מונופול?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הרבה חברות קטנות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חברה אחת ששולטת כמעט לבד בשוק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הנחה גדולה לצרכנים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חוק נגד תחרות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המשמעות של תיאום מחירים בין חברות מתחרות?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החברות מתחרות חזק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החברות מסכימות ביניהן על מחיר במקום להתחרות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המחיר יורד תמיד לטובת הצרכן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זה מותר לגמרי בכל מצב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למה תיאום מחירים פוגע בצרכנים?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 המחירים יורדים מהר מדי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 אין יותר בחירה אמיתית והמחיר נקבע בלי תחרות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יש יותר מדי חנויות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זה מוריד את איכות השירות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בדילמה בדף, חברות גיימינג גדולות מעלות מחיר יחד ב-10 אחוז. איך קוראים לפעולה כזו?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תחרות הוגנת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תיאום מחירים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הנחת כמות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מכירת חיסול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מי אחראי בדרך כלל לבדוק אם חברות הפרו את חוק ההגבלים העסקיים?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הצרכן לבדו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רשות התחרות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בעל החנות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עיתונאי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בשוק תחרותי יש בדרך כלל יותר אפשרויות בחירה לצרכן.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מונופול תמיד מוזיל את המחיר לצרכן.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תיאום מחירים בין חברות מתחרות הוא חוקי לגמרי אם זה משתלם להן.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כשחברה אחת שולטת לבד בשוק, יש לה כוח רב להשפיע על המחיר.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החלטה עסקית יכולה להיות משתלמת לחברה ועדיין להיות אסורה בחוק.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כאשר יש הרבה חנויות שמוכרות מוצר דומה, מדובר בשוק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כאשר חברה אחת שולטת כמעט לבד בשוק, קוראים לזה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כאשר חברות מסכימות ביניהן בסתר על מחיר, זה נקרא __________ מחירים.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החוק שאוסר על הסכמים פוגעי תחרות נקרא חוק ה__________.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האדם שקונה מוצר או שירות בשוק נקרא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שוק תחרותי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קבוצת חברות שמתאמות ביניהן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מונופול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הגוף שאוכף את החוק נגד תיאומים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קרטל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יכולת חברה להשפיע על המחיר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רשות התחרות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הרבה חברות, הקונה בוחר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כוח שוק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חברה אחת שולטת לבד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חשיבה והבעת דעה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בדף מופיעה דילמה: חברות גיימינג גדולות מעלות מחיר יחד ב-10 אחוז, ומשקיע אומר שזה חכם עסקית. הסבירו מדוע מהלך יכול להיות חכם עסקית ועדיין אסור בחוק.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דוגמה אחת למצב יומיומי שבו הייתם מעדיפים לקנות בשוק תחרותי ולא ממונופול, והסבירו למה.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שוק תחרותי לשוק לא תחרותי?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תיאום מחירים ולמה הוא אסור?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למקרה שבו החלטה עסקית משתלמת יכולה להיות לא חוקית.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שוק לא תחרותי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